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A60A2CA" w14:textId="77777777" w:rsidR="00777A51" w:rsidRDefault="00000000">
      <w:pPr>
        <w:jc w:val="center"/>
      </w:pPr>
      <w:r>
        <w:rPr>
          <w:noProof/>
        </w:rPr>
        <w:drawing>
          <wp:inline distT="0" distB="0" distL="0" distR="0" wp14:anchorId="26FD55BF" wp14:editId="08C0DF82">
            <wp:extent cx="1280160" cy="1204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wabu 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B2663"/>
          <w:sz w:val="44"/>
        </w:rPr>
        <w:br/>
        <w:t>JAWABU HEIGHTS ACADEMY</w:t>
      </w:r>
    </w:p>
    <w:p w14:paraId="48521745" w14:textId="77777777" w:rsidR="00777A51" w:rsidRDefault="00000000">
      <w:pPr>
        <w:jc w:val="center"/>
      </w:pPr>
      <w:r>
        <w:rPr>
          <w:b/>
        </w:rPr>
        <w:t>ADMISSION APPLICATION FORM</w:t>
      </w:r>
      <w:r>
        <w:rPr>
          <w:b/>
        </w:rPr>
        <w:br/>
      </w:r>
      <w:r>
        <w:t>Faith to Lead. Discipline to Grow. Excellence to Shine.</w:t>
      </w:r>
      <w:r>
        <w:br/>
        <w:t>Competency-Based Education • Christian Values</w:t>
      </w:r>
      <w:r>
        <w:br/>
        <w:t>Utawala, Nairobi | Tel: 0712 345 678 / 0721 428 066</w:t>
      </w:r>
      <w:r>
        <w:br/>
        <w:t>Email: info@jawabuheights.co.ke | Website: www.jawabuheights.co.ke</w:t>
      </w:r>
    </w:p>
    <w:p w14:paraId="10537D86" w14:textId="77777777" w:rsidR="00777A51" w:rsidRDefault="00777A51">
      <w:pPr>
        <w:pBdr>
          <w:bottom w:val="single" w:sz="12" w:space="0" w:color="2D1B69"/>
        </w:pBdr>
      </w:pPr>
    </w:p>
    <w:p w14:paraId="6E032DC8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PASSPORT PHOTO</w:t>
      </w:r>
    </w:p>
    <w:p w14:paraId="0B004307" w14:textId="77777777" w:rsidR="00777A51" w:rsidRDefault="00000000">
      <w:r>
        <w:t>[Affix Recent Passport Photo Here]</w:t>
      </w:r>
    </w:p>
    <w:p w14:paraId="24181047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LEARNER INFORMATION</w:t>
      </w:r>
    </w:p>
    <w:p w14:paraId="4A353821" w14:textId="77777777" w:rsidR="00777A51" w:rsidRDefault="00000000">
      <w:r>
        <w:t>Admission Number (Office Use): ______________________________________________</w:t>
      </w:r>
    </w:p>
    <w:p w14:paraId="76B716A3" w14:textId="77777777" w:rsidR="00777A51" w:rsidRDefault="00000000">
      <w:r>
        <w:t>Learner's Full Name: ______________________________________________</w:t>
      </w:r>
    </w:p>
    <w:p w14:paraId="68EC6472" w14:textId="77777777" w:rsidR="00777A51" w:rsidRDefault="00000000">
      <w:r>
        <w:t>Gender: ______________________________________________</w:t>
      </w:r>
    </w:p>
    <w:p w14:paraId="4FD66592" w14:textId="77777777" w:rsidR="00777A51" w:rsidRDefault="00000000">
      <w:r>
        <w:t>Date of Birth: ______________________________________________</w:t>
      </w:r>
    </w:p>
    <w:p w14:paraId="6F036B0D" w14:textId="77777777" w:rsidR="00777A51" w:rsidRDefault="00000000">
      <w:r>
        <w:t>Birth Certificate No.: ______________________________________________</w:t>
      </w:r>
    </w:p>
    <w:p w14:paraId="712EC9D4" w14:textId="77777777" w:rsidR="00777A51" w:rsidRDefault="00000000">
      <w:r>
        <w:t>Class Applying For: ______________________________________________</w:t>
      </w:r>
    </w:p>
    <w:p w14:paraId="2B01D0D0" w14:textId="77777777" w:rsidR="00777A51" w:rsidRDefault="00000000">
      <w:r>
        <w:t>Previous School: ______________________________________________</w:t>
      </w:r>
    </w:p>
    <w:p w14:paraId="7FB48CB5" w14:textId="77777777" w:rsidR="00777A51" w:rsidRDefault="00000000">
      <w:r>
        <w:t>Religion: ______________________________________________</w:t>
      </w:r>
    </w:p>
    <w:p w14:paraId="4C86F117" w14:textId="77777777" w:rsidR="00777A51" w:rsidRDefault="00000000">
      <w:r>
        <w:t>Nationality: ______________________________________________</w:t>
      </w:r>
    </w:p>
    <w:p w14:paraId="6FDBEA6D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PARENT / GUARDIAN DETAILS</w:t>
      </w:r>
    </w:p>
    <w:p w14:paraId="62BD4717" w14:textId="77777777" w:rsidR="00777A51" w:rsidRDefault="00000000">
      <w:r>
        <w:t>Father/Guardian Name: ______________________________________________</w:t>
      </w:r>
    </w:p>
    <w:p w14:paraId="125D21FD" w14:textId="77777777" w:rsidR="00777A51" w:rsidRDefault="00000000">
      <w:r>
        <w:t>Mother/Guardian Name: ______________________________________________</w:t>
      </w:r>
    </w:p>
    <w:p w14:paraId="19ED9837" w14:textId="77777777" w:rsidR="00777A51" w:rsidRDefault="00000000">
      <w:r>
        <w:t>Phone Number: ______________________________________________</w:t>
      </w:r>
    </w:p>
    <w:p w14:paraId="4AF53D63" w14:textId="77777777" w:rsidR="00777A51" w:rsidRDefault="00000000">
      <w:r>
        <w:t>Alternative Phone: ______________________________________________</w:t>
      </w:r>
    </w:p>
    <w:p w14:paraId="3D40DCC7" w14:textId="77777777" w:rsidR="00777A51" w:rsidRDefault="00000000">
      <w:r>
        <w:t>Email: ______________________________________________</w:t>
      </w:r>
    </w:p>
    <w:p w14:paraId="7C6281A6" w14:textId="77777777" w:rsidR="00777A51" w:rsidRDefault="00000000">
      <w:r>
        <w:t>Postal Address: ______________________________________________</w:t>
      </w:r>
    </w:p>
    <w:p w14:paraId="6A14C8D2" w14:textId="77777777" w:rsidR="00777A51" w:rsidRDefault="00000000">
      <w:r>
        <w:lastRenderedPageBreak/>
        <w:t>Residential Address: ______________________________________________</w:t>
      </w:r>
    </w:p>
    <w:p w14:paraId="3A69025F" w14:textId="77777777" w:rsidR="00777A51" w:rsidRDefault="00000000">
      <w:r>
        <w:t>Occupation: ______________________________________________</w:t>
      </w:r>
    </w:p>
    <w:p w14:paraId="698CC76F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EMERGENCY CONTACT</w:t>
      </w:r>
    </w:p>
    <w:p w14:paraId="58CBCDC1" w14:textId="77777777" w:rsidR="00777A51" w:rsidRDefault="00000000">
      <w:r>
        <w:t>Name: ______________________________________________</w:t>
      </w:r>
    </w:p>
    <w:p w14:paraId="1DA15C8D" w14:textId="77777777" w:rsidR="00777A51" w:rsidRDefault="00000000">
      <w:r>
        <w:t>Relationship: ______________________________________________</w:t>
      </w:r>
    </w:p>
    <w:p w14:paraId="5268553A" w14:textId="77777777" w:rsidR="00777A51" w:rsidRDefault="00000000">
      <w:r>
        <w:t>Phone Number: ______________________________________________</w:t>
      </w:r>
    </w:p>
    <w:p w14:paraId="079A8145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MEDICAL INFORMATION</w:t>
      </w:r>
    </w:p>
    <w:p w14:paraId="4D5DD675" w14:textId="77777777" w:rsidR="00777A51" w:rsidRDefault="00000000">
      <w:r>
        <w:t>Medical Conditions: ______________________________________________</w:t>
      </w:r>
    </w:p>
    <w:p w14:paraId="23F92EA8" w14:textId="77777777" w:rsidR="00777A51" w:rsidRDefault="00000000">
      <w:r>
        <w:t>Allergies: ______________________________________________</w:t>
      </w:r>
    </w:p>
    <w:p w14:paraId="297FA8F1" w14:textId="77777777" w:rsidR="00777A51" w:rsidRDefault="00000000">
      <w:r>
        <w:t>Medication: ______________________________________________</w:t>
      </w:r>
    </w:p>
    <w:p w14:paraId="2180EB16" w14:textId="77777777" w:rsidR="00777A51" w:rsidRDefault="00000000">
      <w:r>
        <w:t>Hospital/Doctor: ______________________________________________</w:t>
      </w:r>
    </w:p>
    <w:p w14:paraId="69C7740C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TRANSPORT</w:t>
      </w:r>
    </w:p>
    <w:p w14:paraId="23BBCE06" w14:textId="77777777" w:rsidR="00777A51" w:rsidRDefault="00000000">
      <w:r>
        <w:t>Transport Required (Yes/No): ______________________________________________</w:t>
      </w:r>
    </w:p>
    <w:p w14:paraId="76DB719A" w14:textId="77777777" w:rsidR="00777A51" w:rsidRDefault="00000000">
      <w:r>
        <w:t>Pickup/Drop-off Location: ______________________________________________</w:t>
      </w:r>
    </w:p>
    <w:p w14:paraId="5BA20E57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DOCUMENTS ATTACHED</w:t>
      </w:r>
    </w:p>
    <w:p w14:paraId="730D00EF" w14:textId="77777777" w:rsidR="00777A51" w:rsidRDefault="00000000">
      <w:r>
        <w:t>☐ Birth Certificate</w:t>
      </w:r>
    </w:p>
    <w:p w14:paraId="54E9CF27" w14:textId="77777777" w:rsidR="00777A51" w:rsidRDefault="00000000">
      <w:r>
        <w:t>☐ Parent/Guardian ID</w:t>
      </w:r>
    </w:p>
    <w:p w14:paraId="28BCEE73" w14:textId="77777777" w:rsidR="00777A51" w:rsidRDefault="00000000">
      <w:r>
        <w:t>☐ Two Passport Photos</w:t>
      </w:r>
    </w:p>
    <w:p w14:paraId="73147F1A" w14:textId="77777777" w:rsidR="00777A51" w:rsidRDefault="00000000">
      <w:r>
        <w:t>☐ Previous School Report</w:t>
      </w:r>
    </w:p>
    <w:p w14:paraId="745CF3AA" w14:textId="77777777" w:rsidR="00777A51" w:rsidRDefault="00000000">
      <w:r>
        <w:t>☐ Transfer Letter (if applicable)</w:t>
      </w:r>
    </w:p>
    <w:p w14:paraId="2CFCBE44" w14:textId="77777777" w:rsidR="00777A51" w:rsidRDefault="00000000">
      <w:r>
        <w:t>☐ Immunization Card</w:t>
      </w:r>
    </w:p>
    <w:p w14:paraId="771BF3C4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DECLARATION</w:t>
      </w:r>
    </w:p>
    <w:p w14:paraId="0663A7D5" w14:textId="77777777" w:rsidR="00777A51" w:rsidRDefault="00000000">
      <w:r>
        <w:t>I certify that the information given is true and correct.</w:t>
      </w:r>
    </w:p>
    <w:p w14:paraId="382A52FF" w14:textId="77777777" w:rsidR="00777A51" w:rsidRDefault="00000000">
      <w:r>
        <w:t>Parent/Guardian Signature: ______________________________________________</w:t>
      </w:r>
    </w:p>
    <w:p w14:paraId="4ABED874" w14:textId="77777777" w:rsidR="00777A51" w:rsidRDefault="00000000">
      <w:r>
        <w:t>Date: ______________________________________________</w:t>
      </w:r>
    </w:p>
    <w:p w14:paraId="1682AF7D" w14:textId="77777777" w:rsidR="00777A51" w:rsidRDefault="00000000">
      <w:pPr>
        <w:shd w:val="clear" w:color="auto" w:fill="2D1B69"/>
      </w:pPr>
      <w:r>
        <w:rPr>
          <w:b/>
          <w:color w:val="FFFFFF"/>
          <w:sz w:val="24"/>
        </w:rPr>
        <w:t xml:space="preserve"> OFFICIAL USE ONLY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6"/>
        <w:gridCol w:w="5256"/>
      </w:tblGrid>
      <w:tr w:rsidR="00777A51" w14:paraId="39550B56" w14:textId="77777777">
        <w:tc>
          <w:tcPr>
            <w:tcW w:w="5256" w:type="dxa"/>
          </w:tcPr>
          <w:p w14:paraId="2E92FD9E" w14:textId="77777777" w:rsidR="00777A51" w:rsidRDefault="00000000">
            <w:r>
              <w:t>Admission Approved</w:t>
            </w:r>
          </w:p>
        </w:tc>
        <w:tc>
          <w:tcPr>
            <w:tcW w:w="5256" w:type="dxa"/>
          </w:tcPr>
          <w:p w14:paraId="58185A82" w14:textId="77777777" w:rsidR="00777A51" w:rsidRDefault="00777A51"/>
        </w:tc>
      </w:tr>
      <w:tr w:rsidR="00777A51" w14:paraId="3D5C827E" w14:textId="77777777">
        <w:tc>
          <w:tcPr>
            <w:tcW w:w="5256" w:type="dxa"/>
          </w:tcPr>
          <w:p w14:paraId="0EA0C17B" w14:textId="77777777" w:rsidR="00777A51" w:rsidRDefault="00000000">
            <w:r>
              <w:t>Class</w:t>
            </w:r>
          </w:p>
        </w:tc>
        <w:tc>
          <w:tcPr>
            <w:tcW w:w="5256" w:type="dxa"/>
          </w:tcPr>
          <w:p w14:paraId="482B39FD" w14:textId="77777777" w:rsidR="00777A51" w:rsidRDefault="00777A51"/>
        </w:tc>
      </w:tr>
      <w:tr w:rsidR="00777A51" w14:paraId="7A5251B5" w14:textId="77777777">
        <w:tc>
          <w:tcPr>
            <w:tcW w:w="5256" w:type="dxa"/>
          </w:tcPr>
          <w:p w14:paraId="2106DE9D" w14:textId="77777777" w:rsidR="00777A51" w:rsidRDefault="00000000">
            <w:r>
              <w:lastRenderedPageBreak/>
              <w:t>Admission Date</w:t>
            </w:r>
          </w:p>
        </w:tc>
        <w:tc>
          <w:tcPr>
            <w:tcW w:w="5256" w:type="dxa"/>
          </w:tcPr>
          <w:p w14:paraId="1F96E16A" w14:textId="77777777" w:rsidR="00777A51" w:rsidRDefault="00777A51"/>
        </w:tc>
      </w:tr>
      <w:tr w:rsidR="00777A51" w14:paraId="084346F3" w14:textId="77777777">
        <w:tc>
          <w:tcPr>
            <w:tcW w:w="5256" w:type="dxa"/>
          </w:tcPr>
          <w:p w14:paraId="4315816B" w14:textId="77777777" w:rsidR="00777A51" w:rsidRDefault="00000000">
            <w:r>
              <w:t>Fees Category</w:t>
            </w:r>
          </w:p>
        </w:tc>
        <w:tc>
          <w:tcPr>
            <w:tcW w:w="5256" w:type="dxa"/>
          </w:tcPr>
          <w:p w14:paraId="2B12B8AB" w14:textId="77777777" w:rsidR="00777A51" w:rsidRDefault="00777A51"/>
        </w:tc>
      </w:tr>
      <w:tr w:rsidR="00777A51" w14:paraId="4875F799" w14:textId="77777777">
        <w:tc>
          <w:tcPr>
            <w:tcW w:w="5256" w:type="dxa"/>
          </w:tcPr>
          <w:p w14:paraId="18058F0D" w14:textId="77777777" w:rsidR="00777A51" w:rsidRDefault="00000000">
            <w:r>
              <w:t>Receiving Officer</w:t>
            </w:r>
          </w:p>
        </w:tc>
        <w:tc>
          <w:tcPr>
            <w:tcW w:w="5256" w:type="dxa"/>
          </w:tcPr>
          <w:p w14:paraId="284DB719" w14:textId="77777777" w:rsidR="00777A51" w:rsidRDefault="00777A51"/>
        </w:tc>
      </w:tr>
      <w:tr w:rsidR="00777A51" w14:paraId="1CE192A4" w14:textId="77777777">
        <w:tc>
          <w:tcPr>
            <w:tcW w:w="5256" w:type="dxa"/>
          </w:tcPr>
          <w:p w14:paraId="70A8874A" w14:textId="77777777" w:rsidR="00777A51" w:rsidRDefault="00000000">
            <w:r>
              <w:t>Headteacher Signature</w:t>
            </w:r>
          </w:p>
        </w:tc>
        <w:tc>
          <w:tcPr>
            <w:tcW w:w="5256" w:type="dxa"/>
          </w:tcPr>
          <w:p w14:paraId="0C5B1281" w14:textId="77777777" w:rsidR="00777A51" w:rsidRDefault="00777A51"/>
        </w:tc>
      </w:tr>
    </w:tbl>
    <w:p w14:paraId="14C364C3" w14:textId="77777777" w:rsidR="00F65D0C" w:rsidRDefault="00F65D0C"/>
    <w:sectPr w:rsidR="00F65D0C" w:rsidSect="00034616">
      <w:pgSz w:w="12240" w:h="15840"/>
      <w:pgMar w:top="576" w:right="864" w:bottom="57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7002180">
    <w:abstractNumId w:val="8"/>
  </w:num>
  <w:num w:numId="2" w16cid:durableId="194083733">
    <w:abstractNumId w:val="6"/>
  </w:num>
  <w:num w:numId="3" w16cid:durableId="870459457">
    <w:abstractNumId w:val="5"/>
  </w:num>
  <w:num w:numId="4" w16cid:durableId="1633822819">
    <w:abstractNumId w:val="4"/>
  </w:num>
  <w:num w:numId="5" w16cid:durableId="1951431649">
    <w:abstractNumId w:val="7"/>
  </w:num>
  <w:num w:numId="6" w16cid:durableId="137654755">
    <w:abstractNumId w:val="3"/>
  </w:num>
  <w:num w:numId="7" w16cid:durableId="460274008">
    <w:abstractNumId w:val="2"/>
  </w:num>
  <w:num w:numId="8" w16cid:durableId="1996297400">
    <w:abstractNumId w:val="1"/>
  </w:num>
  <w:num w:numId="9" w16cid:durableId="163713751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463C9"/>
    <w:rsid w:val="00777A51"/>
    <w:rsid w:val="00AA1D8D"/>
    <w:rsid w:val="00B47730"/>
    <w:rsid w:val="00CB0664"/>
    <w:rsid w:val="00F65D0C"/>
    <w:rsid w:val="00FC693F"/>
    <w:rsid w:val="00FD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58BB50"/>
  <w14:defaultImageDpi w14:val="300"/>
  <w15:docId w15:val="{36493377-21BD-7C44-9460-C66920C0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183</Words>
  <Characters>2389</Characters>
  <Application>Microsoft Office Word</Application>
  <DocSecurity>0</DocSecurity>
  <Lines>66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wambua musee</cp:lastModifiedBy>
  <cp:revision>2</cp:revision>
  <dcterms:created xsi:type="dcterms:W3CDTF">2026-07-20T04:45:00Z</dcterms:created>
  <dcterms:modified xsi:type="dcterms:W3CDTF">2026-07-20T04:45:00Z</dcterms:modified>
  <cp:category/>
</cp:coreProperties>
</file>